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5B21B6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YOUR NAME</w:t>
            </w:r>
          </w:p>
          <w:p>
            <w:pPr>
              <w:jc w:val="center"/>
            </w:pPr>
            <w:r>
              <w:rPr>
                <w:color w:val="EBEBEB"/>
                <w:sz w:val="22"/>
              </w:rPr>
              <w:t>Modern Professional ATS Resume</w:t>
            </w:r>
          </w:p>
          <w:p>
            <w:pPr>
              <w:jc w:val="center"/>
            </w:pPr>
            <w:r>
              <w:rPr>
                <w:color w:val="E1E1E1"/>
                <w:sz w:val="20"/>
              </w:rPr>
              <w:t>Delhi NCR • email@example.com • +91-XXXXXXXXXX • linkedin.com/in/yourprofile</w:t>
            </w:r>
          </w:p>
        </w:tc>
      </w:tr>
    </w:tbl>
    <w:p>
      <w:r>
        <w:rPr>
          <w:b/>
          <w:color w:val="EA580C"/>
          <w:sz w:val="26"/>
        </w:rPr>
        <w:t>PROFESSIONAL SUMMARY</w:t>
      </w:r>
    </w:p>
    <w:p>
      <w:r>
        <w:t>Results-driven professional with experience in operations, reporting, client handling, communication, and business coordination.</w:t>
      </w:r>
    </w:p>
    <w:p>
      <w:r>
        <w:rPr>
          <w:b/>
          <w:color w:val="EA580C"/>
          <w:sz w:val="26"/>
        </w:rPr>
        <w:t>CORE SKILLS</w:t>
      </w:r>
    </w:p>
    <w:p>
      <w:pPr>
        <w:pStyle w:val="ListBullet"/>
        <w:spacing w:after="40"/>
      </w:pPr>
      <w:r>
        <w:t>Communication Skills</w:t>
      </w:r>
    </w:p>
    <w:p>
      <w:pPr>
        <w:pStyle w:val="ListBullet"/>
        <w:spacing w:after="40"/>
      </w:pPr>
      <w:r>
        <w:t>MS Excel</w:t>
      </w:r>
    </w:p>
    <w:p>
      <w:pPr>
        <w:pStyle w:val="ListBullet"/>
        <w:spacing w:after="40"/>
      </w:pPr>
      <w:r>
        <w:t>Client Coordination</w:t>
      </w:r>
    </w:p>
    <w:p>
      <w:pPr>
        <w:pStyle w:val="ListBullet"/>
        <w:spacing w:after="40"/>
      </w:pPr>
      <w:r>
        <w:t>Problem Solving</w:t>
      </w:r>
    </w:p>
    <w:p>
      <w:pPr>
        <w:pStyle w:val="ListBullet"/>
        <w:spacing w:after="40"/>
      </w:pPr>
      <w:r>
        <w:t>Reporting</w:t>
      </w:r>
    </w:p>
    <w:p>
      <w:pPr>
        <w:pStyle w:val="ListBullet"/>
        <w:spacing w:after="40"/>
      </w:pPr>
      <w:r>
        <w:t>Team Collaboration</w:t>
      </w:r>
    </w:p>
    <w:p>
      <w:r>
        <w:rPr>
          <w:b/>
          <w:color w:val="EA580C"/>
          <w:sz w:val="26"/>
        </w:rPr>
        <w:t>PROFESSIONAL EXPERIENCE</w:t>
      </w:r>
    </w:p>
    <w:p>
      <w:r>
        <w:rPr>
          <w:b/>
          <w:sz w:val="22"/>
        </w:rPr>
        <w:t>Senior Executive | ABC Pvt Ltd</w:t>
      </w:r>
      <w:r>
        <w:rPr>
          <w:i/>
          <w:sz w:val="18"/>
        </w:rPr>
        <w:br/>
        <w:t>March 2021 – Present</w:t>
      </w:r>
    </w:p>
    <w:p>
      <w:pPr>
        <w:pStyle w:val="ListBullet"/>
        <w:spacing w:after="40"/>
      </w:pPr>
      <w:r>
        <w:t>Handled operational reporting and documentation.</w:t>
      </w:r>
    </w:p>
    <w:p>
      <w:pPr>
        <w:pStyle w:val="ListBullet"/>
        <w:spacing w:after="40"/>
      </w:pPr>
      <w:r>
        <w:t>Prepared MIS reports and business summaries.</w:t>
      </w:r>
    </w:p>
    <w:p>
      <w:pPr>
        <w:pStyle w:val="ListBullet"/>
        <w:spacing w:after="40"/>
      </w:pPr>
      <w:r>
        <w:t>Coordinated with internal teams and stakeholders.</w:t>
      </w:r>
    </w:p>
    <w:p>
      <w:r>
        <w:rPr>
          <w:b/>
          <w:color w:val="EA580C"/>
          <w:sz w:val="26"/>
        </w:rPr>
        <w:t>EDUCATION</w:t>
      </w:r>
    </w:p>
    <w:p>
      <w:pPr>
        <w:pStyle w:val="ListBullet"/>
        <w:spacing w:after="40"/>
      </w:pPr>
      <w:r>
        <w:t>Bachelor of Commerce (B.Com)</w:t>
      </w:r>
    </w:p>
    <w:p>
      <w:pPr>
        <w:pStyle w:val="ListBullet"/>
        <w:spacing w:after="40"/>
      </w:pPr>
      <w:r>
        <w:t>XYZ University</w:t>
      </w:r>
    </w:p>
    <w:p>
      <w:r>
        <w:rPr>
          <w:b/>
          <w:color w:val="EA580C"/>
          <w:sz w:val="26"/>
        </w:rPr>
        <w:t>ADDITIONAL DETAILS</w:t>
      </w:r>
    </w:p>
    <w:p>
      <w:pPr>
        <w:pStyle w:val="ListBullet"/>
        <w:spacing w:after="40"/>
      </w:pPr>
      <w:r>
        <w:t>Date of Birth: DD/MM/YYYY</w:t>
      </w:r>
    </w:p>
    <w:p>
      <w:pPr>
        <w:pStyle w:val="ListBullet"/>
        <w:spacing w:after="40"/>
      </w:pPr>
      <w:r>
        <w:t>Gender: Male/Female</w:t>
      </w:r>
    </w:p>
    <w:p>
      <w:pPr>
        <w:pStyle w:val="ListBullet"/>
        <w:spacing w:after="40"/>
      </w:pPr>
      <w:r>
        <w:t>Marital Status: Single</w:t>
      </w:r>
    </w:p>
    <w:p>
      <w:pPr>
        <w:pStyle w:val="ListBullet"/>
        <w:spacing w:after="40"/>
      </w:pPr>
      <w:r>
        <w:t>Father's Name: XYZ</w:t>
      </w:r>
    </w:p>
    <w:p>
      <w:pPr>
        <w:pStyle w:val="ListBullet"/>
        <w:spacing w:after="40"/>
      </w:pPr>
      <w:r>
        <w:t>Languages Known: English, Hindi</w:t>
      </w:r>
    </w:p>
    <w:p>
      <w:r>
        <w:rPr>
          <w:b/>
          <w:color w:val="EA580C"/>
          <w:sz w:val="26"/>
        </w:rPr>
        <w:t>STRENGTHS</w:t>
      </w:r>
    </w:p>
    <w:p>
      <w:pPr>
        <w:pStyle w:val="ListBullet"/>
        <w:spacing w:after="40"/>
      </w:pPr>
      <w:r>
        <w:t>Leadership</w:t>
      </w:r>
    </w:p>
    <w:p>
      <w:pPr>
        <w:pStyle w:val="ListBullet"/>
        <w:spacing w:after="40"/>
      </w:pPr>
      <w:r>
        <w:t>Quick Learner</w:t>
      </w:r>
    </w:p>
    <w:p>
      <w:pPr>
        <w:pStyle w:val="ListBullet"/>
        <w:spacing w:after="40"/>
      </w:pPr>
      <w:r>
        <w:t>Teamwork</w:t>
      </w:r>
    </w:p>
    <w:p>
      <w:r>
        <w:rPr>
          <w:b/>
          <w:color w:val="EA580C"/>
          <w:sz w:val="26"/>
        </w:rPr>
        <w:t>HOBBIES &amp; INTERESTS</w:t>
      </w:r>
    </w:p>
    <w:p>
      <w:pPr>
        <w:pStyle w:val="ListBullet"/>
        <w:spacing w:after="40"/>
      </w:pPr>
      <w:r>
        <w:t>Reading</w:t>
      </w:r>
    </w:p>
    <w:p>
      <w:pPr>
        <w:pStyle w:val="ListBullet"/>
        <w:spacing w:after="40"/>
      </w:pPr>
      <w:r>
        <w:t>Traveling</w:t>
      </w:r>
    </w:p>
    <w:p>
      <w:pPr>
        <w:pStyle w:val="ListBullet"/>
        <w:spacing w:after="40"/>
      </w:pPr>
      <w:r>
        <w:t>Learning New Skills</w:t>
      </w:r>
    </w:p>
    <w:sectPr w:rsidR="00FC693F" w:rsidRPr="0006063C" w:rsidSect="00034616">
      <w:pgSz w:w="12240" w:h="15840"/>
      <w:pgMar w:top="576" w:right="792" w:bottom="576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