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0F172A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YOUR NAME</w:t>
            </w:r>
          </w:p>
          <w:p>
            <w:pPr>
              <w:jc w:val="center"/>
            </w:pPr>
            <w:r>
              <w:rPr>
                <w:color w:val="E6E6E6"/>
                <w:sz w:val="22"/>
              </w:rPr>
              <w:t>Fresher ATS Resume Template</w:t>
            </w:r>
          </w:p>
          <w:p>
            <w:pPr>
              <w:jc w:val="center"/>
            </w:pPr>
            <w:r>
              <w:rPr>
                <w:color w:val="DCDCDC"/>
                <w:sz w:val="20"/>
              </w:rPr>
              <w:t>email@example.com • +91-XXXXXXXXXX • linkedin.com/in/yourprofile</w:t>
            </w:r>
          </w:p>
        </w:tc>
      </w:tr>
    </w:tbl>
    <w:p>
      <w:r>
        <w:rPr>
          <w:b/>
          <w:color w:val="7C3AED"/>
          <w:sz w:val="26"/>
        </w:rPr>
        <w:t>CAREER OBJECTIVE</w:t>
      </w:r>
    </w:p>
    <w:p>
      <w:r>
        <w:t>Motivated fresher seeking an opportunity to apply academic knowledge and communication skills in a growth-oriented organization.</w:t>
      </w:r>
    </w:p>
    <w:p>
      <w:r>
        <w:rPr>
          <w:b/>
          <w:color w:val="7C3AED"/>
          <w:sz w:val="26"/>
        </w:rPr>
        <w:t>EDUCATION</w:t>
      </w:r>
    </w:p>
    <w:p>
      <w:pPr>
        <w:pStyle w:val="ListBullet"/>
        <w:spacing w:after="40"/>
      </w:pPr>
      <w:r>
        <w:t>Bachelor of Commerce – XYZ University</w:t>
      </w:r>
    </w:p>
    <w:p>
      <w:pPr>
        <w:pStyle w:val="ListBullet"/>
        <w:spacing w:after="40"/>
      </w:pPr>
      <w:r>
        <w:t>Class 12 – ABC School</w:t>
      </w:r>
    </w:p>
    <w:p>
      <w:r>
        <w:rPr>
          <w:b/>
          <w:color w:val="7C3AED"/>
          <w:sz w:val="26"/>
        </w:rPr>
        <w:t>INTERNSHIPS</w:t>
      </w:r>
    </w:p>
    <w:p>
      <w:pPr>
        <w:pStyle w:val="ListBullet"/>
        <w:spacing w:after="40"/>
      </w:pPr>
      <w:r>
        <w:t>Finance Intern – ABC Pvt Ltd</w:t>
      </w:r>
    </w:p>
    <w:p>
      <w:pPr>
        <w:pStyle w:val="ListBullet"/>
        <w:spacing w:after="40"/>
      </w:pPr>
      <w:r>
        <w:t>Worked on reporting and documentation tasks</w:t>
      </w:r>
    </w:p>
    <w:p>
      <w:r>
        <w:rPr>
          <w:b/>
          <w:color w:val="7C3AED"/>
          <w:sz w:val="26"/>
        </w:rPr>
        <w:t>PROJECTS</w:t>
      </w:r>
    </w:p>
    <w:p>
      <w:pPr>
        <w:pStyle w:val="ListBullet"/>
        <w:spacing w:after="40"/>
      </w:pPr>
      <w:r>
        <w:t>Business Research Project</w:t>
      </w:r>
    </w:p>
    <w:p>
      <w:pPr>
        <w:pStyle w:val="ListBullet"/>
        <w:spacing w:after="40"/>
      </w:pPr>
      <w:r>
        <w:t>Financial Analysis Presentation</w:t>
      </w:r>
    </w:p>
    <w:p>
      <w:r>
        <w:rPr>
          <w:b/>
          <w:color w:val="7C3AED"/>
          <w:sz w:val="26"/>
        </w:rPr>
        <w:t>SKILLS</w:t>
      </w:r>
    </w:p>
    <w:p>
      <w:pPr>
        <w:pStyle w:val="ListBullet"/>
        <w:spacing w:after="40"/>
      </w:pPr>
      <w:r>
        <w:t>MS Excel</w:t>
      </w:r>
    </w:p>
    <w:p>
      <w:pPr>
        <w:pStyle w:val="ListBullet"/>
        <w:spacing w:after="40"/>
      </w:pPr>
      <w:r>
        <w:t>Communication Skills</w:t>
      </w:r>
    </w:p>
    <w:p>
      <w:pPr>
        <w:pStyle w:val="ListBullet"/>
        <w:spacing w:after="40"/>
      </w:pPr>
      <w:r>
        <w:t>Presentation Skills</w:t>
      </w:r>
    </w:p>
    <w:p>
      <w:pPr>
        <w:pStyle w:val="ListBullet"/>
        <w:spacing w:after="40"/>
      </w:pPr>
      <w:r>
        <w:t>Teamwork</w:t>
      </w:r>
    </w:p>
    <w:p>
      <w:pPr>
        <w:pStyle w:val="ListBullet"/>
        <w:spacing w:after="40"/>
      </w:pPr>
      <w:r>
        <w:t>Basic Accounting</w:t>
      </w:r>
    </w:p>
    <w:p>
      <w:r>
        <w:rPr>
          <w:b/>
          <w:color w:val="7C3AED"/>
          <w:sz w:val="26"/>
        </w:rPr>
        <w:t>ADDITIONAL DETAILS</w:t>
      </w:r>
    </w:p>
    <w:p>
      <w:pPr>
        <w:pStyle w:val="ListBullet"/>
        <w:spacing w:after="40"/>
      </w:pPr>
      <w:r>
        <w:t>Date of Birth: DD/MM/YYYY</w:t>
      </w:r>
    </w:p>
    <w:p>
      <w:pPr>
        <w:pStyle w:val="ListBullet"/>
        <w:spacing w:after="40"/>
      </w:pPr>
      <w:r>
        <w:t>Gender: Male/Female</w:t>
      </w:r>
    </w:p>
    <w:p>
      <w:pPr>
        <w:pStyle w:val="ListBullet"/>
        <w:spacing w:after="40"/>
      </w:pPr>
      <w:r>
        <w:t>Marital Status: Single</w:t>
      </w:r>
    </w:p>
    <w:p>
      <w:pPr>
        <w:pStyle w:val="ListBullet"/>
        <w:spacing w:after="40"/>
      </w:pPr>
      <w:r>
        <w:t>Father's Name: XYZ</w:t>
      </w:r>
    </w:p>
    <w:p>
      <w:pPr>
        <w:pStyle w:val="ListBullet"/>
        <w:spacing w:after="40"/>
      </w:pPr>
      <w:r>
        <w:t>Address: Your Address</w:t>
      </w:r>
    </w:p>
    <w:p>
      <w:pPr>
        <w:pStyle w:val="ListBullet"/>
        <w:spacing w:after="40"/>
      </w:pPr>
      <w:r>
        <w:t>Languages Known: English, Hindi</w:t>
      </w:r>
    </w:p>
    <w:p>
      <w:r>
        <w:rPr>
          <w:b/>
          <w:color w:val="7C3AED"/>
          <w:sz w:val="26"/>
        </w:rPr>
        <w:t>STRENGTHS</w:t>
      </w:r>
    </w:p>
    <w:p>
      <w:pPr>
        <w:pStyle w:val="ListBullet"/>
        <w:spacing w:after="40"/>
      </w:pPr>
      <w:r>
        <w:t>Quick Learner</w:t>
      </w:r>
    </w:p>
    <w:p>
      <w:pPr>
        <w:pStyle w:val="ListBullet"/>
        <w:spacing w:after="40"/>
      </w:pPr>
      <w:r>
        <w:t>Positive Attitude</w:t>
      </w:r>
    </w:p>
    <w:p>
      <w:pPr>
        <w:pStyle w:val="ListBullet"/>
        <w:spacing w:after="40"/>
      </w:pPr>
      <w:r>
        <w:t>Hardworking</w:t>
      </w:r>
    </w:p>
    <w:p>
      <w:r>
        <w:rPr>
          <w:b/>
          <w:color w:val="7C3AED"/>
          <w:sz w:val="26"/>
        </w:rPr>
        <w:t>WEAKNESSES</w:t>
      </w:r>
    </w:p>
    <w:p>
      <w:pPr>
        <w:pStyle w:val="ListBullet"/>
        <w:spacing w:after="40"/>
      </w:pPr>
      <w:r>
        <w:t>Overthinking</w:t>
      </w:r>
    </w:p>
    <w:p>
      <w:pPr>
        <w:pStyle w:val="ListBullet"/>
        <w:spacing w:after="40"/>
      </w:pPr>
      <w:r>
        <w:t>Perfectionist</w:t>
      </w:r>
    </w:p>
    <w:p>
      <w:r>
        <w:rPr>
          <w:b/>
          <w:color w:val="7C3AED"/>
          <w:sz w:val="26"/>
        </w:rPr>
        <w:t>HOBBIES &amp; INTERESTS</w:t>
      </w:r>
    </w:p>
    <w:p>
      <w:pPr>
        <w:pStyle w:val="ListBullet"/>
        <w:spacing w:after="40"/>
      </w:pPr>
      <w:r>
        <w:t>Reading</w:t>
      </w:r>
    </w:p>
    <w:p>
      <w:pPr>
        <w:pStyle w:val="ListBullet"/>
        <w:spacing w:after="40"/>
      </w:pPr>
      <w:r>
        <w:t>Music</w:t>
      </w:r>
    </w:p>
    <w:p>
      <w:pPr>
        <w:pStyle w:val="ListBullet"/>
        <w:spacing w:after="40"/>
      </w:pPr>
      <w:r>
        <w:t>Internet Research</w:t>
      </w:r>
    </w:p>
    <w:p>
      <w:r>
        <w:rPr>
          <w:b/>
          <w:color w:val="7C3AED"/>
          <w:sz w:val="26"/>
        </w:rPr>
        <w:t>DECLARATION</w:t>
      </w:r>
    </w:p>
    <w:p>
      <w:r>
        <w:t>I hereby declare that the above information is true and correct to the best of my knowledge and belief.</w:t>
      </w:r>
    </w:p>
    <w:sectPr w:rsidR="00FC693F" w:rsidRPr="0006063C" w:rsidSect="00034616">
      <w:pgSz w:w="12240" w:h="15840"/>
      <w:pgMar w:top="576" w:right="792" w:bottom="576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